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5315D" w14:textId="77777777" w:rsidR="00842F2D" w:rsidRDefault="00E73B33">
      <w:r>
        <w:t>Tierra Learning Center is committed to supporting participants in the TRAILS Adult Day Program. Through this internally funded scholarship program, Tierra Learning Center may provide financial assistance to eligible participants who are unable to use respite funding to cover program costs.</w:t>
      </w:r>
    </w:p>
    <w:p w14:paraId="21AB4799" w14:textId="7387ED41" w:rsidR="005B2BDB" w:rsidRDefault="005B2BDB" w:rsidP="005B2BDB">
      <w:pPr>
        <w:pStyle w:val="Heading1"/>
      </w:pPr>
      <w:r>
        <w:t>Program Cost Information</w:t>
      </w:r>
    </w:p>
    <w:p w14:paraId="64508095" w14:textId="77777777" w:rsidR="007B2DCC" w:rsidRPr="007B2DCC" w:rsidRDefault="007B2DCC" w:rsidP="007B2DCC">
      <w:r w:rsidRPr="007B2DCC">
        <w:t xml:space="preserve">The current cost to attend the TRAILS Adult Day Program is </w:t>
      </w:r>
      <w:r w:rsidRPr="007B2DCC">
        <w:rPr>
          <w:b/>
          <w:bCs/>
        </w:rPr>
        <w:t>$25.08 per hour</w:t>
      </w:r>
      <w:r w:rsidRPr="007B2DCC">
        <w:t>.</w:t>
      </w:r>
    </w:p>
    <w:p w14:paraId="06DA519A" w14:textId="595E8FF2" w:rsidR="007D5D3C" w:rsidRDefault="007B2DCC">
      <w:r w:rsidRPr="007B2DCC">
        <w:t xml:space="preserve">This hourly rate is equivalent to the amount the State provides for </w:t>
      </w:r>
      <w:r w:rsidRPr="007B2DCC">
        <w:rPr>
          <w:b/>
          <w:bCs/>
        </w:rPr>
        <w:t>one respite hour</w:t>
      </w:r>
      <w:r w:rsidRPr="007B2DCC">
        <w:t>, meaning that participants who have available respite hours may use those hours to cover the cost of participation in the program.</w:t>
      </w:r>
    </w:p>
    <w:p w14:paraId="4509E850" w14:textId="77777777" w:rsidR="00E71770" w:rsidRPr="00D43EF2" w:rsidRDefault="00E71770" w:rsidP="00E71770">
      <w:pPr>
        <w:pStyle w:val="Heading1"/>
      </w:pPr>
      <w:r>
        <w:t>Scholarship Availability</w:t>
      </w:r>
    </w:p>
    <w:p w14:paraId="28221E01" w14:textId="77777777" w:rsidR="00E71770" w:rsidRPr="004F7F63" w:rsidRDefault="00E71770" w:rsidP="00E71770">
      <w:r w:rsidRPr="004F7F63">
        <w:t>Scholarship funding is limited and awarded at the discretion of Tierra Learning Center. Scholarship awards are based on participant eligibility, demonstrated need, available funding, and program capacity.</w:t>
      </w:r>
    </w:p>
    <w:p w14:paraId="3FE5D724" w14:textId="77777777" w:rsidR="00E71770" w:rsidRPr="004F7F63" w:rsidRDefault="00E71770" w:rsidP="00E71770">
      <w:r w:rsidRPr="004F7F63">
        <w:t xml:space="preserve">Each participant may receive a maximum of </w:t>
      </w:r>
      <w:r w:rsidRPr="004F7F63">
        <w:rPr>
          <w:b/>
          <w:bCs/>
        </w:rPr>
        <w:t>100 scholarship hours per scholarship year</w:t>
      </w:r>
      <w:r w:rsidRPr="004F7F63">
        <w:t>.</w:t>
      </w:r>
    </w:p>
    <w:p w14:paraId="6F7B648E" w14:textId="33138987" w:rsidR="00E71770" w:rsidRPr="004F7F63" w:rsidRDefault="00E71770" w:rsidP="00E71770">
      <w:r w:rsidRPr="004F7F63">
        <w:t xml:space="preserve">The scholarship year runs from </w:t>
      </w:r>
      <w:r w:rsidRPr="004F7F63">
        <w:rPr>
          <w:b/>
          <w:bCs/>
        </w:rPr>
        <w:t xml:space="preserve">September 1, </w:t>
      </w:r>
      <w:r w:rsidRPr="004F7F63">
        <w:rPr>
          <w:b/>
          <w:bCs/>
        </w:rPr>
        <w:t>2026,</w:t>
      </w:r>
      <w:r w:rsidRPr="004F7F63">
        <w:rPr>
          <w:b/>
          <w:bCs/>
        </w:rPr>
        <w:t xml:space="preserve"> through August 31, 2027</w:t>
      </w:r>
      <w:r w:rsidRPr="004F7F63">
        <w:t>.</w:t>
      </w:r>
    </w:p>
    <w:p w14:paraId="6AEA9959" w14:textId="511ABE16" w:rsidR="00E71770" w:rsidRDefault="00E71770">
      <w:r w:rsidRPr="004F7F63">
        <w:t>Scholarship hours do not carry over from one scholarship year to the next. Once a participant has reached the annual maximum, additional program costs will be the responsibility of the participant, family, guardian, or another funding source.</w:t>
      </w:r>
    </w:p>
    <w:p w14:paraId="49FAC374" w14:textId="77777777" w:rsidR="00842F2D" w:rsidRDefault="00E73B33">
      <w:pPr>
        <w:pStyle w:val="Heading1"/>
      </w:pPr>
      <w:r>
        <w:t>Eligibility Requirements</w:t>
      </w:r>
    </w:p>
    <w:p w14:paraId="74D38725" w14:textId="77777777" w:rsidR="00842F2D" w:rsidRDefault="00E73B33">
      <w:r>
        <w:t xml:space="preserve">To be eligible for a TRAILS Scholarship, participants must meet </w:t>
      </w:r>
      <w:r w:rsidRPr="00A36D04">
        <w:rPr>
          <w:b/>
          <w:bCs/>
        </w:rPr>
        <w:t>one</w:t>
      </w:r>
      <w:r>
        <w:t xml:space="preserve"> of the following conditions:</w:t>
      </w:r>
    </w:p>
    <w:p w14:paraId="4FE9E1C2" w14:textId="77777777" w:rsidR="00842F2D" w:rsidRDefault="00E73B33">
      <w:r>
        <w:t xml:space="preserve">□ I do </w:t>
      </w:r>
      <w:r w:rsidRPr="00954C09">
        <w:rPr>
          <w:b/>
          <w:bCs/>
        </w:rPr>
        <w:t>not</w:t>
      </w:r>
      <w:r>
        <w:t xml:space="preserve"> receive respite hours.</w:t>
      </w:r>
    </w:p>
    <w:p w14:paraId="5B2C5192" w14:textId="77777777" w:rsidR="00842F2D" w:rsidRDefault="00E73B33">
      <w:r>
        <w:t>OR</w:t>
      </w:r>
    </w:p>
    <w:p w14:paraId="28E468E4" w14:textId="175B4316" w:rsidR="00842F2D" w:rsidRDefault="00E73B33">
      <w:r>
        <w:t xml:space="preserve">□ </w:t>
      </w:r>
      <w:r w:rsidR="00244B94" w:rsidRPr="00244B94">
        <w:t>I receive respite hours</w:t>
      </w:r>
      <w:r w:rsidR="00954C09">
        <w:t>, but</w:t>
      </w:r>
      <w:r w:rsidR="00244B94" w:rsidRPr="00244B94">
        <w:t xml:space="preserve"> my remaining respite hours have been fully used or are insufficient to support my continued participation in TRAILS.</w:t>
      </w:r>
    </w:p>
    <w:p w14:paraId="5B815A0D" w14:textId="01C37082" w:rsidR="00842F2D" w:rsidRDefault="006F0FA7">
      <w:r w:rsidRPr="006F0FA7">
        <w:t xml:space="preserve">Participants with substantial active respite hours available are not eligible to apply </w:t>
      </w:r>
      <w:proofErr w:type="gramStart"/>
      <w:r w:rsidRPr="006F0FA7">
        <w:t>at this time</w:t>
      </w:r>
      <w:proofErr w:type="gramEnd"/>
      <w:r w:rsidRPr="006F0FA7">
        <w:t>.</w:t>
      </w:r>
      <w:r w:rsidR="00D06984">
        <w:t xml:space="preserve"> </w:t>
      </w:r>
      <w:r w:rsidR="00E73B33">
        <w:t>Scholarships are funded directly by Tierra Learning Center and are not provided through state, county, or third-party funding sources.</w:t>
      </w:r>
    </w:p>
    <w:p w14:paraId="2254D3B0" w14:textId="4782783C" w:rsidR="00165409" w:rsidRPr="00165409" w:rsidRDefault="00165409" w:rsidP="00165409"/>
    <w:p w14:paraId="63C78748" w14:textId="77777777" w:rsidR="003D7978" w:rsidRDefault="003D7978"/>
    <w:p w14:paraId="45CB5D9E" w14:textId="63879762" w:rsidR="00842F2D" w:rsidRDefault="00E73B33">
      <w:r>
        <w:t>Participant Name: _________________________________</w:t>
      </w:r>
    </w:p>
    <w:p w14:paraId="09D3080B" w14:textId="77777777" w:rsidR="00842F2D" w:rsidRDefault="00E73B33">
      <w:r>
        <w:t>Parent/Guardian (if applicable): _________________________________</w:t>
      </w:r>
    </w:p>
    <w:p w14:paraId="7B683F4C" w14:textId="77777777" w:rsidR="00842F2D" w:rsidRDefault="00E73B33">
      <w:r>
        <w:t>Phone Number: _________________________________</w:t>
      </w:r>
    </w:p>
    <w:p w14:paraId="63A84220" w14:textId="77777777" w:rsidR="00842F2D" w:rsidRDefault="00E73B33">
      <w:r>
        <w:t>Email Address: _________________________________</w:t>
      </w:r>
    </w:p>
    <w:p w14:paraId="532F7062" w14:textId="68CDD0EA" w:rsidR="00842F2D" w:rsidRDefault="00E73B33">
      <w:pPr>
        <w:pStyle w:val="Heading1"/>
      </w:pPr>
      <w:r>
        <w:t>Scholarship Request</w:t>
      </w:r>
    </w:p>
    <w:p w14:paraId="257C5EAC" w14:textId="5F401A4A" w:rsidR="003E6F7E" w:rsidRPr="003E6F7E" w:rsidRDefault="003E6F7E" w:rsidP="003E6F7E">
      <w:r>
        <w:t>How many scholarship hours are you requesting?</w:t>
      </w:r>
    </w:p>
    <w:p w14:paraId="3F712C1F" w14:textId="0FB5F084" w:rsidR="00842F2D" w:rsidRDefault="00E73B33">
      <w:r>
        <w:t xml:space="preserve">□ </w:t>
      </w:r>
      <w:r w:rsidR="003E6F7E">
        <w:t>Up to 25 hours</w:t>
      </w:r>
    </w:p>
    <w:p w14:paraId="4A7F8AD6" w14:textId="739844F8" w:rsidR="00842F2D" w:rsidRDefault="00E73B33">
      <w:r>
        <w:t xml:space="preserve">□ </w:t>
      </w:r>
      <w:r w:rsidR="003E6F7E">
        <w:t>Up to 50 hours</w:t>
      </w:r>
    </w:p>
    <w:p w14:paraId="11BA5A45" w14:textId="05593B6F" w:rsidR="00842F2D" w:rsidRDefault="00E73B33">
      <w:r>
        <w:t xml:space="preserve">□ </w:t>
      </w:r>
      <w:r w:rsidR="003E6F7E">
        <w:t>Up to 75 hours</w:t>
      </w:r>
    </w:p>
    <w:p w14:paraId="69B92B01" w14:textId="7ED441A5" w:rsidR="003E6F7E" w:rsidRDefault="003E6F7E">
      <w:r>
        <w:t xml:space="preserve">□ Up to </w:t>
      </w:r>
      <w:r>
        <w:t>100</w:t>
      </w:r>
      <w:r>
        <w:t xml:space="preserve"> hours</w:t>
      </w:r>
    </w:p>
    <w:p w14:paraId="76A4C348" w14:textId="77777777" w:rsidR="00842F2D" w:rsidRDefault="00E73B33">
      <w:pPr>
        <w:pStyle w:val="Heading1"/>
      </w:pPr>
      <w:r>
        <w:t>Brief Statement of Need</w:t>
      </w:r>
    </w:p>
    <w:p w14:paraId="298ED7D9" w14:textId="67CBC90B" w:rsidR="00842F2D" w:rsidRDefault="00E73B33">
      <w:r>
        <w:t>________________________________________________________</w:t>
      </w:r>
      <w:r w:rsidR="00A34D05">
        <w:t>______________________</w:t>
      </w:r>
    </w:p>
    <w:p w14:paraId="376D3C59" w14:textId="016475BA" w:rsidR="00842F2D" w:rsidRDefault="00E73B33">
      <w:r>
        <w:t>________________________________________________________</w:t>
      </w:r>
      <w:r w:rsidR="00722CD6">
        <w:t>______________________</w:t>
      </w:r>
    </w:p>
    <w:p w14:paraId="1F7847CE" w14:textId="411E29CA" w:rsidR="00842F2D" w:rsidRDefault="00E73B33">
      <w:r>
        <w:t>________________________________________________________</w:t>
      </w:r>
      <w:r w:rsidR="00722CD6">
        <w:t>______________________</w:t>
      </w:r>
    </w:p>
    <w:p w14:paraId="32FC98EF" w14:textId="375AE296" w:rsidR="00842F2D" w:rsidRDefault="00E73B33">
      <w:r>
        <w:t>________________________________________________________</w:t>
      </w:r>
      <w:r w:rsidR="00722CD6">
        <w:t>______________________</w:t>
      </w:r>
    </w:p>
    <w:p w14:paraId="2205DB23" w14:textId="77777777" w:rsidR="00842F2D" w:rsidRDefault="00E73B33">
      <w:pPr>
        <w:pStyle w:val="Heading1"/>
      </w:pPr>
      <w:r>
        <w:t>Applicant Certification</w:t>
      </w:r>
    </w:p>
    <w:p w14:paraId="0EBF0EAA" w14:textId="2CE640D3" w:rsidR="00842F2D" w:rsidRDefault="5DB9DC34">
      <w:r>
        <w:t xml:space="preserve">I certify that the information provided in this application is accurate to the best of my knowledge. I understand that the TRAILS Scholarship is an internal program funded by Tierra Learning </w:t>
      </w:r>
      <w:r w:rsidR="4F3AE916">
        <w:t>Center,</w:t>
      </w:r>
      <w:r>
        <w:t xml:space="preserve"> and that funding is limited. Submission of this application does not guarantee scholarship approval.</w:t>
      </w:r>
    </w:p>
    <w:p w14:paraId="6319A1CB" w14:textId="77777777" w:rsidR="00842F2D" w:rsidRDefault="00E73B33">
      <w:r>
        <w:t>Participant Signature: _________________________________</w:t>
      </w:r>
    </w:p>
    <w:p w14:paraId="6BCA7181" w14:textId="77777777" w:rsidR="00842F2D" w:rsidRDefault="00E73B33">
      <w:r>
        <w:t>Date: _________________________________</w:t>
      </w:r>
    </w:p>
    <w:p w14:paraId="0099DD75" w14:textId="77777777" w:rsidR="00842F2D" w:rsidRDefault="00E73B33">
      <w:r>
        <w:t>Parent/Guardian Signature (if applicable): _________________________________</w:t>
      </w:r>
    </w:p>
    <w:p w14:paraId="7E6934FE" w14:textId="77777777" w:rsidR="00842F2D" w:rsidRDefault="00E73B33">
      <w:r>
        <w:t>Date: _________________________________</w:t>
      </w:r>
    </w:p>
    <w:p w14:paraId="2BB00F2C" w14:textId="4A06765E" w:rsidR="00842F2D" w:rsidRPr="00B51ABD" w:rsidRDefault="00E73B33" w:rsidP="006471D9">
      <w:pPr>
        <w:rPr>
          <w:b/>
          <w:bCs/>
          <w:sz w:val="28"/>
          <w:szCs w:val="28"/>
        </w:rPr>
      </w:pPr>
      <w:r>
        <w:br w:type="page"/>
      </w:r>
      <w:r w:rsidRPr="00955716">
        <w:rPr>
          <w:b/>
          <w:bCs/>
          <w:color w:val="365F91" w:themeColor="accent1" w:themeShade="BF"/>
          <w:sz w:val="28"/>
          <w:szCs w:val="28"/>
        </w:rPr>
        <w:lastRenderedPageBreak/>
        <w:t>For Tierra Learning Center Use Only</w:t>
      </w:r>
    </w:p>
    <w:p w14:paraId="27EE85F3" w14:textId="5E4D12A1" w:rsidR="00842F2D" w:rsidRDefault="00E73B33">
      <w:r>
        <w:t>Date Received</w:t>
      </w:r>
      <w:r w:rsidR="00955716">
        <w:t xml:space="preserve"> </w:t>
      </w:r>
    </w:p>
    <w:p w14:paraId="27403BFB" w14:textId="77777777" w:rsidR="00842F2D" w:rsidRDefault="00E73B33">
      <w:r>
        <w:t>Eligibility Verified: □ Yes □ No</w:t>
      </w:r>
    </w:p>
    <w:p w14:paraId="35661CDE" w14:textId="77777777" w:rsidR="00842F2D" w:rsidRDefault="00E73B33">
      <w:r>
        <w:t>Current Respite Hours Available: □ Yes □ No</w:t>
      </w:r>
    </w:p>
    <w:p w14:paraId="1CB4C743" w14:textId="77777777" w:rsidR="00955716" w:rsidRDefault="00E73B33">
      <w:r>
        <w:t xml:space="preserve">Scholarship Awarded: </w:t>
      </w:r>
    </w:p>
    <w:p w14:paraId="342291A5" w14:textId="61087671" w:rsidR="00842F2D" w:rsidRDefault="00E73B33">
      <w:r>
        <w:t xml:space="preserve">□ </w:t>
      </w:r>
      <w:r w:rsidR="00C16C74">
        <w:t>Up to 25 hrs.</w:t>
      </w:r>
      <w:r>
        <w:t xml:space="preserve"> □ </w:t>
      </w:r>
      <w:r w:rsidR="00C16C74">
        <w:t>Up to 50 hrs.</w:t>
      </w:r>
      <w:r>
        <w:t xml:space="preserve"> □ </w:t>
      </w:r>
      <w:r w:rsidR="00C16C74">
        <w:t>Up to 75 hrs.</w:t>
      </w:r>
      <w:r>
        <w:t xml:space="preserve"> □ </w:t>
      </w:r>
      <w:r w:rsidR="00C16C74">
        <w:t xml:space="preserve">Up to 100 hrs. </w:t>
      </w:r>
      <w:r w:rsidR="00C16C74">
        <w:t>□ Not Approved</w:t>
      </w:r>
    </w:p>
    <w:p w14:paraId="702BC7DD" w14:textId="77777777" w:rsidR="00842F2D" w:rsidRDefault="00E73B33">
      <w:r>
        <w:t>Approved By</w:t>
      </w:r>
    </w:p>
    <w:p w14:paraId="491072FA" w14:textId="77777777" w:rsidR="00842F2D" w:rsidRDefault="00E73B33">
      <w:r>
        <w:t>Date</w:t>
      </w:r>
    </w:p>
    <w:p w14:paraId="4A460B20" w14:textId="77777777" w:rsidR="00842F2D" w:rsidRDefault="00E73B33">
      <w:pPr>
        <w:pStyle w:val="Heading1"/>
      </w:pPr>
      <w:r>
        <w:t>Scholarship Program Statement</w:t>
      </w:r>
    </w:p>
    <w:p w14:paraId="58511AA3" w14:textId="77777777" w:rsidR="00842F2D" w:rsidRDefault="00E73B33">
      <w:r>
        <w:t>The TRAILS Scholarship Program is funded entirely by Tierra Learning Center as part of our commitment to increasing access to meaningful community-based services for adults with disabilities. Scholarships are intended to assist participants who do not have respite funding available and who may otherwise be unable to participate in the TRAILS program. Funding is limited and awarded at the discretion of Tierra Learning Center.</w:t>
      </w:r>
    </w:p>
    <w:sectPr w:rsidR="00842F2D" w:rsidSect="00034616">
      <w:headerReference w:type="default"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BF8C9" w14:textId="77777777" w:rsidR="0088751E" w:rsidRDefault="0088751E">
      <w:pPr>
        <w:spacing w:after="0" w:line="240" w:lineRule="auto"/>
      </w:pPr>
      <w:r>
        <w:separator/>
      </w:r>
    </w:p>
  </w:endnote>
  <w:endnote w:type="continuationSeparator" w:id="0">
    <w:p w14:paraId="7306EBA0" w14:textId="77777777" w:rsidR="0088751E" w:rsidRDefault="00887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80"/>
      <w:gridCol w:w="2880"/>
      <w:gridCol w:w="2880"/>
    </w:tblGrid>
    <w:tr w:rsidR="5DB9DC34" w14:paraId="1DC03C2B" w14:textId="77777777" w:rsidTr="5DB9DC34">
      <w:trPr>
        <w:trHeight w:val="300"/>
      </w:trPr>
      <w:tc>
        <w:tcPr>
          <w:tcW w:w="2880" w:type="dxa"/>
        </w:tcPr>
        <w:p w14:paraId="53A8015C" w14:textId="778445B6" w:rsidR="5DB9DC34" w:rsidRDefault="5DB9DC34" w:rsidP="5DB9DC34">
          <w:pPr>
            <w:pStyle w:val="Header"/>
            <w:ind w:left="-115"/>
          </w:pPr>
        </w:p>
      </w:tc>
      <w:tc>
        <w:tcPr>
          <w:tcW w:w="2880" w:type="dxa"/>
        </w:tcPr>
        <w:p w14:paraId="178CC7B7" w14:textId="48C95058" w:rsidR="5DB9DC34" w:rsidRDefault="5DB9DC34" w:rsidP="5DB9DC34">
          <w:pPr>
            <w:pStyle w:val="Header"/>
            <w:jc w:val="center"/>
          </w:pPr>
        </w:p>
      </w:tc>
      <w:tc>
        <w:tcPr>
          <w:tcW w:w="2880" w:type="dxa"/>
        </w:tcPr>
        <w:p w14:paraId="78709304" w14:textId="0B53DBF7" w:rsidR="5DB9DC34" w:rsidRDefault="5DB9DC34" w:rsidP="5DB9DC34">
          <w:pPr>
            <w:pStyle w:val="Header"/>
            <w:ind w:right="-115"/>
            <w:jc w:val="right"/>
          </w:pPr>
        </w:p>
      </w:tc>
    </w:tr>
  </w:tbl>
  <w:p w14:paraId="6111CEB6" w14:textId="05BD95AF" w:rsidR="5DB9DC34" w:rsidRDefault="00224DF3" w:rsidP="5DB9DC34">
    <w:pPr>
      <w:pStyle w:val="Footer"/>
    </w:pPr>
    <w:r>
      <w:t>Updated: 0</w:t>
    </w:r>
    <w:r w:rsidR="00083EE9">
      <w:t>9</w:t>
    </w:r>
    <w:r>
      <w:t>/</w:t>
    </w:r>
    <w:r w:rsidR="00083EE9">
      <w:t>01</w:t>
    </w:r>
    <w: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C8580" w14:textId="77777777" w:rsidR="0088751E" w:rsidRDefault="0088751E">
      <w:pPr>
        <w:spacing w:after="0" w:line="240" w:lineRule="auto"/>
      </w:pPr>
      <w:r>
        <w:separator/>
      </w:r>
    </w:p>
  </w:footnote>
  <w:footnote w:type="continuationSeparator" w:id="0">
    <w:p w14:paraId="58FE2C23" w14:textId="77777777" w:rsidR="0088751E" w:rsidRDefault="008875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640" w:type="dxa"/>
      <w:tblLook w:val="06A0" w:firstRow="1" w:lastRow="0" w:firstColumn="1" w:lastColumn="0" w:noHBand="1" w:noVBand="1"/>
    </w:tblPr>
    <w:tblGrid>
      <w:gridCol w:w="1575"/>
      <w:gridCol w:w="6720"/>
      <w:gridCol w:w="345"/>
    </w:tblGrid>
    <w:tr w:rsidR="5DB9DC34" w14:paraId="5C273F8F" w14:textId="77777777" w:rsidTr="19D46E20">
      <w:trPr>
        <w:trHeight w:val="300"/>
      </w:trPr>
      <w:tc>
        <w:tcPr>
          <w:tcW w:w="1575" w:type="dxa"/>
        </w:tcPr>
        <w:p w14:paraId="55A91081" w14:textId="30C775E7" w:rsidR="5DB9DC34" w:rsidRDefault="19D46E20" w:rsidP="5DB9DC34">
          <w:pPr>
            <w:pStyle w:val="Header"/>
            <w:ind w:left="-115"/>
          </w:pPr>
          <w:r>
            <w:rPr>
              <w:noProof/>
            </w:rPr>
            <w:drawing>
              <wp:anchor distT="0" distB="0" distL="114300" distR="114300" simplePos="0" relativeHeight="251658240" behindDoc="1" locked="0" layoutInCell="1" allowOverlap="1" wp14:anchorId="26E157A4" wp14:editId="17321D98">
                <wp:simplePos x="0" y="0"/>
                <wp:positionH relativeFrom="column">
                  <wp:posOffset>-69850</wp:posOffset>
                </wp:positionH>
                <wp:positionV relativeFrom="paragraph">
                  <wp:posOffset>-146050</wp:posOffset>
                </wp:positionV>
                <wp:extent cx="1038530" cy="880110"/>
                <wp:effectExtent l="0" t="0" r="0" b="0"/>
                <wp:wrapNone/>
                <wp:docPr id="39840192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401923" name="Picture 398401923"/>
                        <pic:cNvPicPr/>
                      </pic:nvPicPr>
                      <pic:blipFill>
                        <a:blip r:embed="rId1">
                          <a:extLst>
                            <a:ext uri="{28A0092B-C50C-407E-A947-70E740481C1C}">
                              <a14:useLocalDpi xmlns:a14="http://schemas.microsoft.com/office/drawing/2010/main"/>
                            </a:ext>
                          </a:extLst>
                        </a:blip>
                        <a:stretch>
                          <a:fillRect/>
                        </a:stretch>
                      </pic:blipFill>
                      <pic:spPr>
                        <a:xfrm>
                          <a:off x="0" y="0"/>
                          <a:ext cx="1042874" cy="883792"/>
                        </a:xfrm>
                        <a:prstGeom prst="rect">
                          <a:avLst/>
                        </a:prstGeom>
                      </pic:spPr>
                    </pic:pic>
                  </a:graphicData>
                </a:graphic>
                <wp14:sizeRelH relativeFrom="margin">
                  <wp14:pctWidth>0</wp14:pctWidth>
                </wp14:sizeRelH>
                <wp14:sizeRelV relativeFrom="margin">
                  <wp14:pctHeight>0</wp14:pctHeight>
                </wp14:sizeRelV>
              </wp:anchor>
            </w:drawing>
          </w:r>
        </w:p>
      </w:tc>
      <w:tc>
        <w:tcPr>
          <w:tcW w:w="6720" w:type="dxa"/>
        </w:tcPr>
        <w:p w14:paraId="638722FE" w14:textId="3D36D4D1" w:rsidR="19D46E20" w:rsidRDefault="19D46E20" w:rsidP="19D46E20">
          <w:pPr>
            <w:jc w:val="center"/>
          </w:pPr>
          <w:r w:rsidRPr="19D46E20">
            <w:rPr>
              <w:b/>
              <w:bCs/>
              <w:color w:val="006699"/>
              <w:sz w:val="36"/>
              <w:szCs w:val="36"/>
            </w:rPr>
            <w:t>TRAILS Scholarship Application</w:t>
          </w:r>
          <w:r>
            <w:br/>
          </w:r>
          <w:r w:rsidRPr="19D46E20">
            <w:rPr>
              <w:i/>
              <w:iCs/>
            </w:rPr>
            <w:t>Tierra Learning Center’s Internal Scholarship Program</w:t>
          </w:r>
        </w:p>
      </w:tc>
      <w:tc>
        <w:tcPr>
          <w:tcW w:w="345" w:type="dxa"/>
        </w:tcPr>
        <w:p w14:paraId="7A111A0E" w14:textId="5AD4C0B9" w:rsidR="5DB9DC34" w:rsidRDefault="5DB9DC34" w:rsidP="5DB9DC34">
          <w:pPr>
            <w:pStyle w:val="Header"/>
            <w:ind w:right="-115"/>
            <w:jc w:val="right"/>
          </w:pPr>
        </w:p>
      </w:tc>
    </w:tr>
  </w:tbl>
  <w:p w14:paraId="1C6A73C8" w14:textId="21178AC4" w:rsidR="5DB9DC34" w:rsidRDefault="5DB9DC34" w:rsidP="5DB9DC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52BB22FE"/>
    <w:multiLevelType w:val="hybridMultilevel"/>
    <w:tmpl w:val="E90E5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5792708">
    <w:abstractNumId w:val="8"/>
  </w:num>
  <w:num w:numId="2" w16cid:durableId="563104320">
    <w:abstractNumId w:val="6"/>
  </w:num>
  <w:num w:numId="3" w16cid:durableId="1744912609">
    <w:abstractNumId w:val="5"/>
  </w:num>
  <w:num w:numId="4" w16cid:durableId="358358722">
    <w:abstractNumId w:val="4"/>
  </w:num>
  <w:num w:numId="5" w16cid:durableId="245305273">
    <w:abstractNumId w:val="7"/>
  </w:num>
  <w:num w:numId="6" w16cid:durableId="1712531097">
    <w:abstractNumId w:val="3"/>
  </w:num>
  <w:num w:numId="7" w16cid:durableId="962155686">
    <w:abstractNumId w:val="2"/>
  </w:num>
  <w:num w:numId="8" w16cid:durableId="452820937">
    <w:abstractNumId w:val="1"/>
  </w:num>
  <w:num w:numId="9" w16cid:durableId="1187673400">
    <w:abstractNumId w:val="0"/>
  </w:num>
  <w:num w:numId="10" w16cid:durableId="19464251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3EE9"/>
    <w:rsid w:val="000B5B6A"/>
    <w:rsid w:val="0015074B"/>
    <w:rsid w:val="00165409"/>
    <w:rsid w:val="001A6860"/>
    <w:rsid w:val="001D56D6"/>
    <w:rsid w:val="00224DF3"/>
    <w:rsid w:val="002363AD"/>
    <w:rsid w:val="00244B94"/>
    <w:rsid w:val="0029639D"/>
    <w:rsid w:val="002C1C76"/>
    <w:rsid w:val="00326F90"/>
    <w:rsid w:val="003A167C"/>
    <w:rsid w:val="003D7978"/>
    <w:rsid w:val="003E6F7E"/>
    <w:rsid w:val="00460B3C"/>
    <w:rsid w:val="004F7F63"/>
    <w:rsid w:val="005B2BDB"/>
    <w:rsid w:val="00627025"/>
    <w:rsid w:val="006471D9"/>
    <w:rsid w:val="006958DA"/>
    <w:rsid w:val="006C16C7"/>
    <w:rsid w:val="006F0FA7"/>
    <w:rsid w:val="00722CD6"/>
    <w:rsid w:val="00782476"/>
    <w:rsid w:val="007B2B3B"/>
    <w:rsid w:val="007B2DCC"/>
    <w:rsid w:val="007D5D3C"/>
    <w:rsid w:val="007F11C6"/>
    <w:rsid w:val="00821608"/>
    <w:rsid w:val="00842F2D"/>
    <w:rsid w:val="0088751E"/>
    <w:rsid w:val="00946FEF"/>
    <w:rsid w:val="00954C09"/>
    <w:rsid w:val="00955716"/>
    <w:rsid w:val="00A34D05"/>
    <w:rsid w:val="00A35F42"/>
    <w:rsid w:val="00A36D04"/>
    <w:rsid w:val="00AA1D8D"/>
    <w:rsid w:val="00AC5B86"/>
    <w:rsid w:val="00B47730"/>
    <w:rsid w:val="00B51ABD"/>
    <w:rsid w:val="00BB0829"/>
    <w:rsid w:val="00BC1E25"/>
    <w:rsid w:val="00BF417E"/>
    <w:rsid w:val="00C16C74"/>
    <w:rsid w:val="00C63DDF"/>
    <w:rsid w:val="00C85FBC"/>
    <w:rsid w:val="00CB0664"/>
    <w:rsid w:val="00CF580B"/>
    <w:rsid w:val="00D06984"/>
    <w:rsid w:val="00D17972"/>
    <w:rsid w:val="00D43EF2"/>
    <w:rsid w:val="00D7660F"/>
    <w:rsid w:val="00E54732"/>
    <w:rsid w:val="00E71770"/>
    <w:rsid w:val="00E73B33"/>
    <w:rsid w:val="00FC693F"/>
    <w:rsid w:val="00FC74C7"/>
    <w:rsid w:val="19D46E20"/>
    <w:rsid w:val="1AF96430"/>
    <w:rsid w:val="329F41B0"/>
    <w:rsid w:val="4F3AE916"/>
    <w:rsid w:val="5A4B5C22"/>
    <w:rsid w:val="5BC9F44F"/>
    <w:rsid w:val="5DB9DC34"/>
    <w:rsid w:val="624E5464"/>
    <w:rsid w:val="6D15653E"/>
    <w:rsid w:val="7616E7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62061"/>
  <w14:defaultImageDpi w14:val="300"/>
  <w15:docId w15:val="{1790AED6-A151-469A-AC64-BEE0F8FD1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Pages>
  <Words>555</Words>
  <Characters>3169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Hoiland</dc:creator>
  <cp:keywords/>
  <dc:description>generated by python-docx</dc:description>
  <cp:lastModifiedBy>Jessica Hoiland</cp:lastModifiedBy>
  <cp:revision>42</cp:revision>
  <dcterms:created xsi:type="dcterms:W3CDTF">2026-08-21T17:54:00Z</dcterms:created>
  <dcterms:modified xsi:type="dcterms:W3CDTF">2026-09-01T20:56:00Z</dcterms:modified>
  <cp:category/>
</cp:coreProperties>
</file>